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Arial" w:hAnsi="Arial"/>
          <w:b/>
          <w:sz w:val="28"/>
        </w:rPr>
        <w:t>СОГЛАСИЕ НА ПОЛУЧЕНИЕ ИНФОРМАЦИОННЫХ</w:t>
        <w:br/>
        <w:t>И РЕКЛАМНЫХ РАССЫЛОК</w:t>
      </w:r>
    </w:p>
    <w:p>
      <w:pPr>
        <w:jc w:val="both"/>
      </w:pPr>
      <w:r>
        <w:t>Я, действуя свободно, своей волей и в своем интересе, предоставляя адрес электронной почты на интернет-сайте https://moto-magazine.ru/ (далее — «Сайт»), даю свое предварительное согласие Обществу с ограниченной ответственностью «МОТО» (ООО «МОТО»), место нахождения: 101000, г. Москва, ул. Мясницкая, д. 42, стр. 3, помещ. 3/2, ИНН 9701057883, ОГРН 5167746424973, КПП 770101001 (далее — «Оператор»), на получение информационных и рекламных сообщений на указанный мной адрес электронной почты.</w:t>
      </w:r>
    </w:p>
    <w:p>
      <w:pPr>
        <w:jc w:val="both"/>
      </w:pPr>
      <w:r>
        <w:t>Согласие предоставляется на получение сообщений, которые могут содержать информацию о журнале «МОТО», новых материалах и публикациях, новостях, мероприятиях, конкурсах, акциях, специальных предложениях, товарах и услугах ООО «МОТО», а также иные информационные и рекламные материалы ООО «МОТО».</w:t>
      </w:r>
    </w:p>
    <w:p>
      <w:pPr>
        <w:jc w:val="both"/>
      </w:pPr>
      <w:r>
        <w:t>Для осуществления рассылки Оператор вправе обрабатывать предоставленный мной адрес электронной почты в соответствии с Политикой в отношении обработки персональных данных, размещенной на Сайте. Обработка персональных данных в целях продвижения товаров, работ и услуг посредством прямых контактов с использованием средств связи осуществляется при наличии предварительного согласия субъекта персональных данных.</w:t>
      </w:r>
    </w:p>
    <w:p>
      <w:pPr>
        <w:jc w:val="both"/>
      </w:pPr>
      <w:r>
        <w:t>Настоящее согласие действует с момента его предоставления и до момента его отзыва.</w:t>
      </w:r>
    </w:p>
    <w:p>
      <w:pPr>
        <w:jc w:val="both"/>
      </w:pPr>
      <w:r>
        <w:t>Я вправе в любое время отказаться от получения информационных и рекламных сообщений одним из следующих способов:</w:t>
      </w:r>
    </w:p>
    <w:p>
      <w:pPr>
        <w:pStyle w:val="ListBullet"/>
        <w:spacing w:after="80"/>
        <w:ind w:left="340"/>
      </w:pPr>
      <w:r>
        <w:t>посредством перехода по ссылке «Отписаться» или аналогичной ссылке, содержащейся в электронном сообщении;</w:t>
      </w:r>
    </w:p>
    <w:p>
      <w:pPr>
        <w:pStyle w:val="ListBullet"/>
        <w:spacing w:after="80"/>
        <w:ind w:left="340"/>
      </w:pPr>
      <w:r>
        <w:t>путем направления требования об отказе от рассылки на адрес электронной почты info@moto-magazine.ru.</w:t>
      </w:r>
    </w:p>
    <w:p>
      <w:pPr>
        <w:jc w:val="both"/>
      </w:pPr>
      <w:r>
        <w:t>После получения требования об отказе от получения рекламных сообщений Оператор прекращает их направление в адрес соответствующего лица.</w:t>
      </w:r>
    </w:p>
    <w:p>
      <w:pPr>
        <w:jc w:val="both"/>
      </w:pPr>
      <w:r>
        <w:t>Предоставляя настоящее согласие, я подтверждаю, что указанный мной адрес электронной почты принадлежит мне либо я имею законные основания использовать его для получения соответствующих сообщений.</w:t>
      </w:r>
    </w:p>
    <w:p>
      <w:pPr>
        <w:jc w:val="both"/>
      </w:pPr>
      <w:r>
        <w:t>Согласие предоставляется путем совершения Пользователем однозначного подтверждающего действия на Сайте — установки отметки (флажка) в соответствующем поле формы подписки и нажатия кнопки «Подписаться» либо иного равнозначного действия, предусмотренного интерфейсом Сайта.</w:t>
      </w:r>
    </w:p>
    <w:p>
      <w:pPr>
        <w:spacing w:before="240"/>
      </w:pPr>
      <w:r>
        <w:rPr>
          <w:b/>
          <w:sz w:val="22"/>
        </w:rPr>
        <w:t>Реквизиты Оператора</w:t>
      </w:r>
    </w:p>
    <w:p>
      <w:pPr>
        <w:spacing w:after="40"/>
      </w:pPr>
      <w:r>
        <w:t>ООО «МОТО»</w:t>
      </w:r>
    </w:p>
    <w:p>
      <w:pPr>
        <w:spacing w:after="40"/>
      </w:pPr>
      <w:r>
        <w:t>101000, г. Москва, ул. Мясницкая, д. 42, стр. 3, помещ. 3/2</w:t>
      </w:r>
    </w:p>
    <w:p>
      <w:pPr>
        <w:spacing w:after="40"/>
      </w:pPr>
      <w:r>
        <w:t>ИНН: 9701057883, ОГРН: 5167746424973, КПП: 770101001</w:t>
      </w:r>
    </w:p>
    <w:p>
      <w:pPr>
        <w:spacing w:after="40"/>
      </w:pPr>
      <w:r>
        <w:t>E-mail: info@moto-magazine.ru</w:t>
      </w:r>
    </w:p>
    <w:p>
      <w:pPr>
        <w:spacing w:after="40"/>
      </w:pPr>
      <w:r>
        <w:t>Сайт: https://moto-magazine.ru/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информационных и рекламных рассылок</dc:title>
  <dc:subject>ООО «МОТО» — moto-magazine.ru</dc:subject>
  <dc:creator>ООО «МОТО»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